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E97D7D" w14:textId="77777777" w:rsidR="0058764F" w:rsidRDefault="00000000">
      <w:pPr>
        <w:spacing w:before="200" w:after="20"/>
      </w:pPr>
      <w:r>
        <w:rPr>
          <w:rFonts w:ascii="Aptos Display" w:hAnsi="Aptos Display"/>
          <w:b/>
          <w:color w:val="12345B"/>
          <w:sz w:val="54"/>
        </w:rPr>
        <w:t>YEAR 4</w:t>
      </w:r>
    </w:p>
    <w:p w14:paraId="677FDF3A" w14:textId="77777777" w:rsidR="0058764F" w:rsidRDefault="00000000">
      <w:pPr>
        <w:spacing w:after="140"/>
      </w:pPr>
      <w:r>
        <w:rPr>
          <w:b/>
          <w:color w:val="164FA3"/>
          <w:sz w:val="20"/>
        </w:rPr>
        <w:t>WHOLE-YEAR CURRICULUM OVERVIEW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4"/>
        <w:gridCol w:w="6984"/>
      </w:tblGrid>
      <w:tr w:rsidR="0058764F" w14:paraId="13A57EE8" w14:textId="77777777">
        <w:trPr>
          <w:jc w:val="center"/>
        </w:trPr>
        <w:tc>
          <w:tcPr>
            <w:tcW w:w="6984" w:type="dxa"/>
            <w:shd w:val="clear" w:color="auto" w:fill="AEB5BF"/>
          </w:tcPr>
          <w:p w14:paraId="2FA3A477" w14:textId="77777777" w:rsidR="0058764F" w:rsidRDefault="0058764F"/>
        </w:tc>
        <w:tc>
          <w:tcPr>
            <w:tcW w:w="6984" w:type="dxa"/>
            <w:shd w:val="clear" w:color="auto" w:fill="F2F5F9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3E92E64" w14:textId="77777777" w:rsidR="0058764F" w:rsidRDefault="00000000">
            <w:r>
              <w:rPr>
                <w:i/>
                <w:color w:val="12345B"/>
                <w:sz w:val="18"/>
              </w:rPr>
              <w:t>An at-a-glance overview of learning across Year 4, showing the curriculum journey through each half term.</w:t>
            </w:r>
          </w:p>
        </w:tc>
      </w:tr>
    </w:tbl>
    <w:p w14:paraId="4F02562F" w14:textId="77777777" w:rsidR="0058764F" w:rsidRDefault="0058764F"/>
    <w:tbl>
      <w:tblPr>
        <w:tblW w:w="0" w:type="auto"/>
        <w:jc w:val="center"/>
        <w:tblBorders>
          <w:top w:val="single" w:sz="5" w:space="0" w:color="AEB5BF"/>
          <w:left w:val="single" w:sz="5" w:space="0" w:color="AEB5BF"/>
          <w:bottom w:val="single" w:sz="5" w:space="0" w:color="AEB5BF"/>
          <w:right w:val="single" w:sz="5" w:space="0" w:color="AEB5BF"/>
          <w:insideH w:val="single" w:sz="5" w:space="0" w:color="AEB5BF"/>
          <w:insideV w:val="single" w:sz="5" w:space="0" w:color="AEB5BF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1995"/>
        <w:gridCol w:w="1995"/>
        <w:gridCol w:w="1995"/>
        <w:gridCol w:w="1995"/>
      </w:tblGrid>
      <w:tr w:rsidR="0058764F" w14:paraId="7F4DED85" w14:textId="77777777">
        <w:trPr>
          <w:jc w:val="center"/>
        </w:trPr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7B122FD" w14:textId="77777777" w:rsidR="0058764F" w:rsidRDefault="0058764F">
            <w:pPr>
              <w:jc w:val="center"/>
            </w:pP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1981C8D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38C227D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2140A60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5DECD1C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F6F628C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F245141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2</w:t>
            </w:r>
          </w:p>
        </w:tc>
      </w:tr>
      <w:tr w:rsidR="0058764F" w14:paraId="138D062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9E0F62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 xml:space="preserve">English Writing </w:t>
            </w:r>
            <w:r>
              <w:rPr>
                <w:b/>
                <w:color w:val="FFFFFF"/>
                <w:sz w:val="14"/>
              </w:rPr>
              <w:br/>
              <w:t>Text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9C11D69" w14:textId="77777777" w:rsidR="0058764F" w:rsidRDefault="00000000">
            <w:r>
              <w:rPr>
                <w:sz w:val="13"/>
              </w:rPr>
              <w:t xml:space="preserve">The Disgusting Sandwich </w:t>
            </w:r>
            <w:r>
              <w:rPr>
                <w:sz w:val="13"/>
              </w:rPr>
              <w:br/>
              <w:t>The Great Kapok Tree</w:t>
            </w:r>
            <w:r>
              <w:rPr>
                <w:sz w:val="13"/>
              </w:rPr>
              <w:br/>
              <w:t>Where The Forest Meets the Tree</w:t>
            </w:r>
            <w:r>
              <w:rPr>
                <w:sz w:val="13"/>
              </w:rPr>
              <w:br/>
              <w:t>Along The Tapajos</w:t>
            </w:r>
            <w:r>
              <w:rPr>
                <w:sz w:val="13"/>
              </w:rPr>
              <w:br/>
              <w:t>The Quest to Digest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09213E4" w14:textId="77777777" w:rsidR="0058764F" w:rsidRDefault="00000000">
            <w:r>
              <w:rPr>
                <w:sz w:val="13"/>
              </w:rPr>
              <w:t xml:space="preserve">The Invisible </w:t>
            </w:r>
            <w:r>
              <w:rPr>
                <w:sz w:val="13"/>
              </w:rPr>
              <w:br/>
              <w:t xml:space="preserve">Beowulf </w:t>
            </w:r>
            <w:r>
              <w:rPr>
                <w:sz w:val="13"/>
              </w:rPr>
              <w:br/>
              <w:t>Edgar and the Dragon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F120E5C" w14:textId="77777777" w:rsidR="0058764F" w:rsidRDefault="00000000">
            <w:r>
              <w:rPr>
                <w:sz w:val="13"/>
              </w:rPr>
              <w:t>The Café at the Edge of The Woods</w:t>
            </w:r>
            <w:r>
              <w:rPr>
                <w:sz w:val="13"/>
              </w:rPr>
              <w:br/>
              <w:t>The Twits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2BDB4EA" w14:textId="77777777" w:rsidR="0058764F" w:rsidRDefault="00000000">
            <w:r>
              <w:rPr>
                <w:sz w:val="13"/>
              </w:rPr>
              <w:t xml:space="preserve">The Squirrels Who Squabbled </w:t>
            </w:r>
            <w:r>
              <w:rPr>
                <w:sz w:val="13"/>
              </w:rPr>
              <w:br/>
              <w:t xml:space="preserve">The Bear and the Piano </w:t>
            </w:r>
            <w:r>
              <w:rPr>
                <w:sz w:val="13"/>
              </w:rPr>
              <w:br/>
              <w:t xml:space="preserve">Listen </w:t>
            </w:r>
            <w:r>
              <w:rPr>
                <w:sz w:val="13"/>
              </w:rPr>
              <w:br/>
              <w:t>Leather Shoe Charlie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2D25884" w14:textId="77777777" w:rsidR="0058764F" w:rsidRDefault="00000000">
            <w:r>
              <w:rPr>
                <w:sz w:val="13"/>
              </w:rPr>
              <w:t xml:space="preserve">Journey </w:t>
            </w:r>
            <w:r>
              <w:rPr>
                <w:sz w:val="13"/>
              </w:rPr>
              <w:br/>
              <w:t xml:space="preserve">Song of the River </w:t>
            </w:r>
            <w:r>
              <w:rPr>
                <w:sz w:val="13"/>
              </w:rPr>
              <w:br/>
              <w:t>The Journey of a River</w:t>
            </w:r>
            <w:r>
              <w:rPr>
                <w:sz w:val="13"/>
              </w:rPr>
              <w:br/>
              <w:t>The River that Flows Beside 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A9A7BD1" w14:textId="77777777" w:rsidR="0058764F" w:rsidRDefault="00000000">
            <w:r>
              <w:rPr>
                <w:sz w:val="13"/>
              </w:rPr>
              <w:t>The Lighthouse</w:t>
            </w:r>
            <w:r>
              <w:rPr>
                <w:sz w:val="13"/>
              </w:rPr>
              <w:br/>
              <w:t xml:space="preserve">The Iron Man </w:t>
            </w:r>
            <w:r>
              <w:rPr>
                <w:sz w:val="13"/>
              </w:rPr>
              <w:br/>
              <w:t>The Midnight Panther</w:t>
            </w:r>
          </w:p>
        </w:tc>
      </w:tr>
      <w:tr w:rsidR="0058764F" w14:paraId="767576A1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431B7FF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Reading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26C8376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7FC06D5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A9EDF5C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BEBBF4A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E163ED1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674B5F5" w14:textId="77777777" w:rsidR="0058764F" w:rsidRDefault="0058764F"/>
        </w:tc>
      </w:tr>
      <w:tr w:rsidR="0058764F" w14:paraId="3C3AFC28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354FDA5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Maths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E935FDC" w14:textId="77777777" w:rsidR="0058764F" w:rsidRDefault="00000000">
            <w:r>
              <w:rPr>
                <w:sz w:val="13"/>
              </w:rPr>
              <w:t xml:space="preserve">Place Value </w:t>
            </w:r>
            <w:r>
              <w:rPr>
                <w:sz w:val="13"/>
              </w:rPr>
              <w:br/>
              <w:t>Addition and Subtraction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6D14840" w14:textId="77777777" w:rsidR="0058764F" w:rsidRDefault="00000000">
            <w:r>
              <w:rPr>
                <w:sz w:val="13"/>
              </w:rPr>
              <w:t xml:space="preserve">Area </w:t>
            </w:r>
            <w:r>
              <w:rPr>
                <w:sz w:val="13"/>
              </w:rPr>
              <w:br/>
              <w:t>Multiplication and Division A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5CD841D" w14:textId="77777777" w:rsidR="0058764F" w:rsidRDefault="00000000">
            <w:r>
              <w:rPr>
                <w:sz w:val="13"/>
              </w:rPr>
              <w:t xml:space="preserve">Multiplication and Division B </w:t>
            </w:r>
            <w:r>
              <w:rPr>
                <w:sz w:val="13"/>
              </w:rPr>
              <w:br/>
              <w:t>Length and Perimeter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851FD3E" w14:textId="77777777" w:rsidR="0058764F" w:rsidRDefault="00000000">
            <w:r>
              <w:rPr>
                <w:sz w:val="13"/>
              </w:rPr>
              <w:t xml:space="preserve">Fractions </w:t>
            </w:r>
            <w:r>
              <w:rPr>
                <w:sz w:val="13"/>
              </w:rPr>
              <w:br/>
              <w:t>Decimals A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C6CE98C" w14:textId="77777777" w:rsidR="0058764F" w:rsidRDefault="00000000">
            <w:r>
              <w:rPr>
                <w:sz w:val="13"/>
              </w:rPr>
              <w:t xml:space="preserve">Decimals B </w:t>
            </w:r>
            <w:r>
              <w:rPr>
                <w:sz w:val="13"/>
              </w:rPr>
              <w:br/>
              <w:t xml:space="preserve">Money </w:t>
            </w:r>
            <w:r>
              <w:rPr>
                <w:sz w:val="13"/>
              </w:rPr>
              <w:br/>
              <w:t>Time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9487847" w14:textId="77777777" w:rsidR="0058764F" w:rsidRDefault="00000000">
            <w:r>
              <w:rPr>
                <w:sz w:val="13"/>
              </w:rPr>
              <w:t xml:space="preserve">Shape </w:t>
            </w:r>
            <w:r>
              <w:rPr>
                <w:sz w:val="13"/>
              </w:rPr>
              <w:br/>
              <w:t xml:space="preserve">Statistics </w:t>
            </w:r>
            <w:r>
              <w:rPr>
                <w:sz w:val="13"/>
              </w:rPr>
              <w:br/>
              <w:t>Position and Direction</w:t>
            </w:r>
          </w:p>
        </w:tc>
      </w:tr>
      <w:tr w:rsidR="0058764F" w14:paraId="7164DC0B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E8657F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Science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78A803F" w14:textId="77777777" w:rsidR="0058764F" w:rsidRDefault="00000000">
            <w:r>
              <w:rPr>
                <w:sz w:val="13"/>
              </w:rPr>
              <w:t>Animals Including Humans. – Digestion and Food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766B2D3" w14:textId="77777777" w:rsidR="0058764F" w:rsidRDefault="00000000">
            <w:r>
              <w:rPr>
                <w:sz w:val="13"/>
              </w:rPr>
              <w:t>Energy: Electricity and Circuits.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9E71C7E" w14:textId="77777777" w:rsidR="0058764F" w:rsidRDefault="00000000">
            <w:r>
              <w:rPr>
                <w:sz w:val="13"/>
              </w:rPr>
              <w:t>Materials: States of Matter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23D17CB" w14:textId="77777777" w:rsidR="0058764F" w:rsidRDefault="00000000">
            <w:r>
              <w:rPr>
                <w:sz w:val="13"/>
              </w:rPr>
              <w:t>Energy: Sound and Vibrations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CC6908C" w14:textId="77777777" w:rsidR="0058764F" w:rsidRDefault="00000000">
            <w:r>
              <w:rPr>
                <w:sz w:val="13"/>
              </w:rPr>
              <w:t>Living Things and Their Habitats: Classification and Changing Habitats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8A447D8" w14:textId="77777777" w:rsidR="0058764F" w:rsidRDefault="00000000">
            <w:r>
              <w:rPr>
                <w:sz w:val="13"/>
              </w:rPr>
              <w:t>Making Connections: How does the flow of liquids compare?</w:t>
            </w:r>
          </w:p>
        </w:tc>
      </w:tr>
      <w:tr w:rsidR="0058764F" w14:paraId="52AD230B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55A8323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RE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C65BA32" w14:textId="77777777" w:rsidR="0058764F" w:rsidRDefault="00000000">
            <w:r>
              <w:rPr>
                <w:sz w:val="13"/>
              </w:rPr>
              <w:t>Hinduism – What do Hindu’s believe God is like?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A4D9E5" w14:textId="77777777" w:rsidR="0058764F" w:rsidRDefault="00000000">
            <w:r>
              <w:rPr>
                <w:sz w:val="13"/>
              </w:rPr>
              <w:t>Christianity – What does the Trinity tell us about God and why is it important?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047F5D7" w14:textId="77777777" w:rsidR="0058764F" w:rsidRDefault="00000000">
            <w:r>
              <w:rPr>
                <w:sz w:val="13"/>
              </w:rPr>
              <w:t>Hinduism – Why does reincarnation matter to a Hindu?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3AF162B" w14:textId="77777777" w:rsidR="0058764F" w:rsidRDefault="00000000">
            <w:r>
              <w:rPr>
                <w:sz w:val="13"/>
              </w:rPr>
              <w:t>Christianity – Why is Jesus called the saviour?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EF23A07" w14:textId="77777777" w:rsidR="0058764F" w:rsidRDefault="00000000">
            <w:r>
              <w:rPr>
                <w:sz w:val="13"/>
              </w:rPr>
              <w:t>Christianity – What was the impact of Pentecost?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DA8E02D" w14:textId="77777777" w:rsidR="0058764F" w:rsidRDefault="00000000">
            <w:r>
              <w:rPr>
                <w:sz w:val="13"/>
              </w:rPr>
              <w:t>Worldviews – Humanism – What are people’s attitudes towards right, wrong, science and religion?</w:t>
            </w:r>
          </w:p>
        </w:tc>
      </w:tr>
      <w:tr w:rsidR="0058764F" w14:paraId="382D5343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7265135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History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40653E3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1CD3269" w14:textId="77777777" w:rsidR="0058764F" w:rsidRDefault="00000000">
            <w:r>
              <w:rPr>
                <w:sz w:val="13"/>
              </w:rPr>
              <w:t>What changed in Britain after the Anglo-Saxons?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813C53B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9822F2B" w14:textId="77777777" w:rsidR="0058764F" w:rsidRDefault="00000000">
            <w:r>
              <w:rPr>
                <w:sz w:val="13"/>
              </w:rPr>
              <w:t>How have children’s lives changed?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2584A15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01EC9B8" w14:textId="77777777" w:rsidR="0058764F" w:rsidRDefault="00000000">
            <w:r>
              <w:rPr>
                <w:sz w:val="13"/>
              </w:rPr>
              <w:t>Local Area Study:</w:t>
            </w:r>
            <w:r>
              <w:rPr>
                <w:sz w:val="13"/>
              </w:rPr>
              <w:br/>
              <w:t>What is the life of a nail maker like?</w:t>
            </w:r>
          </w:p>
        </w:tc>
      </w:tr>
      <w:tr w:rsidR="0058764F" w14:paraId="7D9D973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E00CC1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Geography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756210D" w14:textId="77777777" w:rsidR="0058764F" w:rsidRDefault="00000000">
            <w:r>
              <w:rPr>
                <w:sz w:val="13"/>
              </w:rPr>
              <w:t>Why are rainforests important?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E3EE0DE" w14:textId="77777777" w:rsidR="0058764F" w:rsidRDefault="0058764F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D4562C3" w14:textId="77777777" w:rsidR="0058764F" w:rsidRDefault="00000000">
            <w:r>
              <w:rPr>
                <w:sz w:val="13"/>
              </w:rPr>
              <w:t>Where does our food come from?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9EAC2EF" w14:textId="77777777" w:rsidR="0058764F" w:rsidRDefault="0058764F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E451A79" w14:textId="77777777" w:rsidR="0058764F" w:rsidRDefault="00000000">
            <w:r>
              <w:rPr>
                <w:sz w:val="13"/>
              </w:rPr>
              <w:t>What are rivers and how are they used?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C157105" w14:textId="77777777" w:rsidR="0058764F" w:rsidRDefault="0058764F"/>
        </w:tc>
      </w:tr>
      <w:tr w:rsidR="0058764F" w14:paraId="207569BB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1BF2759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lastRenderedPageBreak/>
              <w:t>Art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55394E" w14:textId="77777777" w:rsidR="0058764F" w:rsidRDefault="00000000">
            <w:r>
              <w:rPr>
                <w:sz w:val="13"/>
              </w:rPr>
              <w:t>Drawing: Exploring tone, texture and proportion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984331D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FA9A7D8" w14:textId="77777777" w:rsidR="0058764F" w:rsidRDefault="00000000">
            <w:r>
              <w:rPr>
                <w:sz w:val="13"/>
              </w:rPr>
              <w:t>Painting and mixed media: Light and dark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A98C7D0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2362ED5" w14:textId="77777777" w:rsidR="0058764F" w:rsidRDefault="00000000">
            <w:r>
              <w:rPr>
                <w:sz w:val="13"/>
              </w:rPr>
              <w:t>Craft and Design: Fabric of nature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3AF8B08" w14:textId="77777777" w:rsidR="0058764F" w:rsidRDefault="0058764F"/>
        </w:tc>
      </w:tr>
      <w:tr w:rsidR="0058764F" w14:paraId="07884756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365EAC6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DT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7EC7E7B" w14:textId="77777777" w:rsidR="0058764F" w:rsidRDefault="0058764F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6BCF247" w14:textId="77777777" w:rsidR="0058764F" w:rsidRDefault="00000000">
            <w:r>
              <w:rPr>
                <w:sz w:val="13"/>
              </w:rPr>
              <w:t>Cooking and nutrition: Adapting and recipe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9A74D1B" w14:textId="77777777" w:rsidR="0058764F" w:rsidRDefault="0058764F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245F14E" w14:textId="77777777" w:rsidR="0058764F" w:rsidRDefault="00000000">
            <w:r>
              <w:rPr>
                <w:sz w:val="13"/>
              </w:rPr>
              <w:t>Mechanical systems: Mechanical cards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04717C6" w14:textId="77777777" w:rsidR="0058764F" w:rsidRDefault="0058764F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267E9FD" w14:textId="77777777" w:rsidR="0058764F" w:rsidRDefault="00000000">
            <w:r>
              <w:rPr>
                <w:sz w:val="13"/>
              </w:rPr>
              <w:t>Electrical Systems: Exploring electrical products</w:t>
            </w:r>
          </w:p>
        </w:tc>
      </w:tr>
      <w:tr w:rsidR="0058764F" w14:paraId="7C1E4B5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225591B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Music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D81063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4F98CEB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49FDCE1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3E95E7B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ADA7E1C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24C173" w14:textId="77777777" w:rsidR="0058764F" w:rsidRDefault="0058764F"/>
        </w:tc>
      </w:tr>
      <w:tr w:rsidR="0058764F" w14:paraId="6090902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13D3E78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PSHE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59250CC" w14:textId="77777777" w:rsidR="0058764F" w:rsidRDefault="00000000">
            <w:r>
              <w:rPr>
                <w:sz w:val="13"/>
              </w:rPr>
              <w:t>Being Me in My World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932555D" w14:textId="77777777" w:rsidR="0058764F" w:rsidRDefault="00000000">
            <w:r>
              <w:rPr>
                <w:sz w:val="13"/>
              </w:rPr>
              <w:t>Celebrating Differences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B018D8E" w14:textId="77777777" w:rsidR="0058764F" w:rsidRDefault="00000000">
            <w:r>
              <w:rPr>
                <w:sz w:val="13"/>
              </w:rPr>
              <w:t>Dreams and Goals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5A03FF9" w14:textId="77777777" w:rsidR="0058764F" w:rsidRDefault="00000000">
            <w:r>
              <w:rPr>
                <w:sz w:val="13"/>
              </w:rPr>
              <w:t>Healthy 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FC326EB" w14:textId="77777777" w:rsidR="0058764F" w:rsidRDefault="00000000">
            <w:r>
              <w:rPr>
                <w:sz w:val="13"/>
              </w:rPr>
              <w:t>Relationships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CB9020C" w14:textId="77777777" w:rsidR="0058764F" w:rsidRDefault="00000000">
            <w:r>
              <w:rPr>
                <w:sz w:val="13"/>
              </w:rPr>
              <w:t>Changing Me</w:t>
            </w:r>
          </w:p>
        </w:tc>
      </w:tr>
      <w:tr w:rsidR="0058764F" w14:paraId="4C0B7809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4F70382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34E55D0" w14:textId="77777777" w:rsidR="0058764F" w:rsidRDefault="00000000">
            <w:r>
              <w:rPr>
                <w:sz w:val="13"/>
              </w:rPr>
              <w:t xml:space="preserve">Mindfulness </w:t>
            </w:r>
            <w:r>
              <w:rPr>
                <w:sz w:val="13"/>
              </w:rPr>
              <w:br/>
              <w:t>Game Sense Invasion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F3EE041" w14:textId="77777777" w:rsidR="0058764F" w:rsidRDefault="00000000">
            <w:r>
              <w:rPr>
                <w:sz w:val="13"/>
              </w:rPr>
              <w:t xml:space="preserve">OAA: Problem Solving </w:t>
            </w:r>
            <w:r>
              <w:rPr>
                <w:sz w:val="13"/>
              </w:rPr>
              <w:br/>
              <w:t>Handball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A2E19B3" w14:textId="77777777" w:rsidR="0058764F" w:rsidRDefault="00000000">
            <w:r>
              <w:rPr>
                <w:sz w:val="13"/>
              </w:rPr>
              <w:t>Basketball</w:t>
            </w:r>
            <w:r>
              <w:rPr>
                <w:sz w:val="13"/>
              </w:rPr>
              <w:br/>
              <w:t>Gymnastics: Bridges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9C93B6" w14:textId="77777777" w:rsidR="0058764F" w:rsidRDefault="00000000">
            <w:r>
              <w:rPr>
                <w:sz w:val="13"/>
              </w:rPr>
              <w:t>Dance: Space</w:t>
            </w:r>
            <w:r>
              <w:rPr>
                <w:sz w:val="13"/>
              </w:rPr>
              <w:br/>
              <w:t>Tennis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2DB82FD" w14:textId="77777777" w:rsidR="0058764F" w:rsidRDefault="00000000">
            <w:r>
              <w:rPr>
                <w:sz w:val="13"/>
              </w:rPr>
              <w:t>Dance: World War II</w:t>
            </w:r>
            <w:r>
              <w:rPr>
                <w:sz w:val="13"/>
              </w:rPr>
              <w:br/>
              <w:t>Swimming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A3CDD88" w14:textId="77777777" w:rsidR="0058764F" w:rsidRDefault="00000000">
            <w:r>
              <w:rPr>
                <w:sz w:val="13"/>
              </w:rPr>
              <w:t>Cricket</w:t>
            </w:r>
            <w:r>
              <w:rPr>
                <w:sz w:val="13"/>
              </w:rPr>
              <w:br/>
              <w:t>Athletics</w:t>
            </w:r>
          </w:p>
        </w:tc>
      </w:tr>
      <w:tr w:rsidR="0058764F" w14:paraId="5CD1694C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F08C2A4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French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E1FF175" w14:textId="77777777" w:rsidR="0058764F" w:rsidRDefault="00000000">
            <w:r>
              <w:rPr>
                <w:sz w:val="13"/>
              </w:rPr>
              <w:t>Phonetics 2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A7EF449" w14:textId="77777777" w:rsidR="0058764F" w:rsidRDefault="00000000">
            <w:r>
              <w:rPr>
                <w:sz w:val="13"/>
              </w:rPr>
              <w:t>Presenting Myself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36E8C1B" w14:textId="77777777" w:rsidR="0058764F" w:rsidRDefault="00000000">
            <w:r>
              <w:rPr>
                <w:sz w:val="13"/>
              </w:rPr>
              <w:t>My Family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301BDC0" w14:textId="77777777" w:rsidR="0058764F" w:rsidRDefault="00000000">
            <w:r>
              <w:rPr>
                <w:sz w:val="13"/>
              </w:rPr>
              <w:t>At the Tea Room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4D955B3" w14:textId="77777777" w:rsidR="0058764F" w:rsidRDefault="00000000">
            <w:r>
              <w:rPr>
                <w:sz w:val="13"/>
              </w:rPr>
              <w:t>In the Classroom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0B9A3E6" w14:textId="77777777" w:rsidR="0058764F" w:rsidRDefault="00000000">
            <w:r>
              <w:rPr>
                <w:sz w:val="13"/>
              </w:rPr>
              <w:t>What is the weather?</w:t>
            </w:r>
          </w:p>
        </w:tc>
      </w:tr>
      <w:tr w:rsidR="0058764F" w14:paraId="406B3DD8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8C17208" w14:textId="77777777" w:rsidR="0058764F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Computing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0408C8C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75CC96D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DA82A06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760F056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CF0EA02" w14:textId="77777777" w:rsidR="0058764F" w:rsidRDefault="0058764F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14E359A" w14:textId="77777777" w:rsidR="0058764F" w:rsidRDefault="0058764F"/>
        </w:tc>
      </w:tr>
    </w:tbl>
    <w:p w14:paraId="6D306CB2" w14:textId="77777777" w:rsidR="0058764F" w:rsidRDefault="00000000">
      <w:pPr>
        <w:spacing w:before="100"/>
        <w:jc w:val="right"/>
      </w:pPr>
      <w:r>
        <w:rPr>
          <w:i/>
          <w:color w:val="AEB5BF"/>
          <w:sz w:val="16"/>
        </w:rPr>
        <w:t>Living Life in all its Fullness • John 10:10</w:t>
      </w:r>
    </w:p>
    <w:sectPr w:rsidR="0058764F" w:rsidSect="00034616">
      <w:headerReference w:type="default" r:id="rId8"/>
      <w:footerReference w:type="default" r:id="rId9"/>
      <w:pgSz w:w="15840" w:h="12240" w:orient="landscape"/>
      <w:pgMar w:top="792" w:right="936" w:bottom="792" w:left="936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108A44" w14:textId="77777777" w:rsidR="0079233D" w:rsidRDefault="0079233D">
      <w:pPr>
        <w:spacing w:after="0" w:line="240" w:lineRule="auto"/>
      </w:pPr>
      <w:r>
        <w:separator/>
      </w:r>
    </w:p>
  </w:endnote>
  <w:endnote w:type="continuationSeparator" w:id="0">
    <w:p w14:paraId="3230DE4A" w14:textId="77777777" w:rsidR="0079233D" w:rsidRDefault="00792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1002E0" w14:textId="77777777" w:rsidR="0058764F" w:rsidRDefault="0058764F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384"/>
      <w:gridCol w:w="3384"/>
      <w:gridCol w:w="3384"/>
    </w:tblGrid>
    <w:tr w:rsidR="0058764F" w14:paraId="369EF0D8" w14:textId="77777777">
      <w:trPr>
        <w:jc w:val="center"/>
      </w:trPr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5B4B0EBC" w14:textId="77777777" w:rsidR="0058764F" w:rsidRDefault="00000000">
          <w:r>
            <w:rPr>
              <w:b/>
              <w:color w:val="FFFFFF"/>
              <w:sz w:val="14"/>
            </w:rPr>
            <w:t>ST MARGARET’S AT HASBURY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69812773" w14:textId="77777777" w:rsidR="0058764F" w:rsidRDefault="00000000">
          <w:pPr>
            <w:jc w:val="center"/>
          </w:pPr>
          <w:r>
            <w:rPr>
              <w:color w:val="FFFFFF"/>
              <w:sz w:val="14"/>
            </w:rPr>
            <w:t>CE PRIMARY SCHOOL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1AD348DC" w14:textId="77777777" w:rsidR="0058764F" w:rsidRDefault="00000000">
          <w:pPr>
            <w:jc w:val="right"/>
          </w:pPr>
          <w:r>
            <w:rPr>
              <w:i/>
              <w:color w:val="FFFFFF"/>
              <w:sz w:val="14"/>
            </w:rPr>
            <w:t>Living Life in all its Fullness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802C5A" w14:textId="77777777" w:rsidR="0079233D" w:rsidRDefault="0079233D">
      <w:pPr>
        <w:spacing w:after="0" w:line="240" w:lineRule="auto"/>
      </w:pPr>
      <w:r>
        <w:separator/>
      </w:r>
    </w:p>
  </w:footnote>
  <w:footnote w:type="continuationSeparator" w:id="0">
    <w:p w14:paraId="070C2EB6" w14:textId="77777777" w:rsidR="0079233D" w:rsidRDefault="00792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4DB718" w14:textId="77777777" w:rsidR="0058764F" w:rsidRDefault="0058764F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944"/>
      <w:gridCol w:w="8208"/>
    </w:tblGrid>
    <w:tr w:rsidR="0058764F" w14:paraId="047FA609" w14:textId="77777777">
      <w:trPr>
        <w:jc w:val="center"/>
      </w:trPr>
      <w:tc>
        <w:tcPr>
          <w:tcW w:w="1944" w:type="dx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3775FECB" w14:textId="77777777" w:rsidR="0058764F" w:rsidRDefault="00000000">
          <w:r>
            <w:rPr>
              <w:noProof/>
            </w:rPr>
            <w:drawing>
              <wp:inline distT="0" distB="0" distL="0" distR="0" wp14:anchorId="11A82C48" wp14:editId="7BB78F0F">
                <wp:extent cx="987552" cy="7126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sbury_Logo_Contemporary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12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8" w:type="dxa"/>
          <w:shd w:val="clear" w:color="auto" w:fill="164FA3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44BC7AE0" w14:textId="77777777" w:rsidR="0058764F" w:rsidRDefault="00000000">
          <w:pPr>
            <w:jc w:val="right"/>
          </w:pPr>
          <w:r>
            <w:rPr>
              <w:rFonts w:ascii="Aptos Display" w:hAnsi="Aptos Display"/>
              <w:b/>
              <w:color w:val="FFFFFF"/>
              <w:sz w:val="26"/>
            </w:rPr>
            <w:t>LIVING LIFE IN ALL ITS FULLNESS</w:t>
          </w:r>
        </w:p>
        <w:p w14:paraId="0DC2C802" w14:textId="77777777" w:rsidR="0058764F" w:rsidRDefault="00000000">
          <w:pPr>
            <w:spacing w:after="0"/>
            <w:jc w:val="right"/>
          </w:pPr>
          <w:r>
            <w:rPr>
              <w:i/>
              <w:color w:val="DDE6F3"/>
              <w:sz w:val="17"/>
            </w:rPr>
            <w:t>John 10:10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5854822">
    <w:abstractNumId w:val="8"/>
  </w:num>
  <w:num w:numId="2" w16cid:durableId="881021259">
    <w:abstractNumId w:val="6"/>
  </w:num>
  <w:num w:numId="3" w16cid:durableId="1969968471">
    <w:abstractNumId w:val="5"/>
  </w:num>
  <w:num w:numId="4" w16cid:durableId="1706714207">
    <w:abstractNumId w:val="4"/>
  </w:num>
  <w:num w:numId="5" w16cid:durableId="337931424">
    <w:abstractNumId w:val="7"/>
  </w:num>
  <w:num w:numId="6" w16cid:durableId="372076158">
    <w:abstractNumId w:val="3"/>
  </w:num>
  <w:num w:numId="7" w16cid:durableId="1848327517">
    <w:abstractNumId w:val="2"/>
  </w:num>
  <w:num w:numId="8" w16cid:durableId="576987272">
    <w:abstractNumId w:val="1"/>
  </w:num>
  <w:num w:numId="9" w16cid:durableId="6785050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6F2D"/>
    <w:rsid w:val="00480014"/>
    <w:rsid w:val="0058764F"/>
    <w:rsid w:val="0079233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37F3CD"/>
  <w14:defaultImageDpi w14:val="300"/>
  <w15:docId w15:val="{EDFD94ED-F56B-AA49-9018-7652A2F5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30343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00"/>
      <w:outlineLvl w:val="0"/>
    </w:pPr>
    <w:rPr>
      <w:rFonts w:asciiTheme="majorHAnsi" w:eastAsiaTheme="majorEastAsia" w:hAnsiTheme="majorHAnsi" w:cstheme="majorBidi"/>
      <w:b/>
      <w:bCs/>
      <w:color w:val="164FA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12345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64FA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2345B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2133</Characters>
  <Application>Microsoft Office Word</Application>
  <DocSecurity>0</DocSecurity>
  <Lines>177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shepherd</cp:lastModifiedBy>
  <cp:revision>2</cp:revision>
  <dcterms:created xsi:type="dcterms:W3CDTF">2026-07-05T10:04:00Z</dcterms:created>
  <dcterms:modified xsi:type="dcterms:W3CDTF">2026-07-05T10:04:00Z</dcterms:modified>
  <cp:category/>
</cp:coreProperties>
</file>